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6520"/>
      </w:tblGrid>
      <w:tr w:rsidR="001F2758" w:rsidRPr="00DE7729" w14:paraId="2E2F88B5" w14:textId="77777777" w:rsidTr="00CA31C0">
        <w:trPr>
          <w:tblHeader/>
          <w:jc w:val="center"/>
        </w:trPr>
        <w:tc>
          <w:tcPr>
            <w:tcW w:w="3288" w:type="dxa"/>
            <w:shd w:val="clear" w:color="auto" w:fill="DDE8E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3CCE05" w14:textId="77777777" w:rsidR="001F2758" w:rsidRPr="00DE7729" w:rsidRDefault="000E7287" w:rsidP="00DE7729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Сведения</w:t>
            </w:r>
          </w:p>
        </w:tc>
        <w:tc>
          <w:tcPr>
            <w:tcW w:w="6520" w:type="dxa"/>
            <w:shd w:val="clear" w:color="auto" w:fill="DDE8E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B88768" w14:textId="77777777" w:rsidR="001F2758" w:rsidRPr="00DE7729" w:rsidRDefault="000E7287" w:rsidP="00DE7729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З</w:t>
            </w: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аполняется поставщиком</w:t>
            </w:r>
          </w:p>
        </w:tc>
      </w:tr>
      <w:tr w:rsidR="001F2758" w:rsidRPr="00DE7729" w14:paraId="45FEBEE7" w14:textId="77777777" w:rsidTr="00CA31C0">
        <w:trPr>
          <w:cantSplit/>
          <w:jc w:val="center"/>
        </w:trPr>
        <w:tc>
          <w:tcPr>
            <w:tcW w:w="32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9C5F1E" w14:textId="77777777" w:rsidR="001F2758" w:rsidRPr="00DE7729" w:rsidRDefault="000E7287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</w:rPr>
            </w:pP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Наименование организации, ИНН</w:t>
            </w:r>
          </w:p>
        </w:tc>
        <w:tc>
          <w:tcPr>
            <w:tcW w:w="6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F9FA29" w14:textId="032B3B4F" w:rsidR="001F2758" w:rsidRPr="00DE7729" w:rsidRDefault="001F2758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2758" w:rsidRPr="00DE7729" w14:paraId="113B9F04" w14:textId="77777777" w:rsidTr="00CA31C0">
        <w:trPr>
          <w:cantSplit/>
          <w:jc w:val="center"/>
        </w:trPr>
        <w:tc>
          <w:tcPr>
            <w:tcW w:w="32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EE6CBF" w14:textId="77777777" w:rsidR="001F2758" w:rsidRPr="00DE7729" w:rsidRDefault="000E7287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  <w:lang w:val="ru-RU"/>
              </w:rPr>
              <w:t xml:space="preserve">Контактное лицо, телефон, </w:t>
            </w: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e</w:t>
            </w: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  <w:lang w:val="ru-RU"/>
              </w:rPr>
              <w:t>-</w:t>
            </w: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mail</w:t>
            </w:r>
          </w:p>
        </w:tc>
        <w:tc>
          <w:tcPr>
            <w:tcW w:w="6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CECA81" w14:textId="2C8EE65F" w:rsidR="001F2758" w:rsidRPr="00DE7729" w:rsidRDefault="001F2758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2758" w:rsidRPr="00DE7729" w14:paraId="5FAF85D8" w14:textId="77777777" w:rsidTr="00CA31C0">
        <w:trPr>
          <w:cantSplit/>
          <w:jc w:val="center"/>
        </w:trPr>
        <w:tc>
          <w:tcPr>
            <w:tcW w:w="32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50225D" w14:textId="77777777" w:rsidR="001F2758" w:rsidRPr="00DE7729" w:rsidRDefault="000E7287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  <w:lang w:val="ru-RU"/>
              </w:rPr>
              <w:t>Цена за 1 месяц обслуживания, руб.</w:t>
            </w:r>
          </w:p>
        </w:tc>
        <w:tc>
          <w:tcPr>
            <w:tcW w:w="6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430F52" w14:textId="0128857D" w:rsidR="001F2758" w:rsidRPr="00DE7729" w:rsidRDefault="001F2758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2758" w:rsidRPr="00DE7729" w14:paraId="3235C767" w14:textId="77777777" w:rsidTr="00CA31C0">
        <w:trPr>
          <w:cantSplit/>
          <w:jc w:val="center"/>
        </w:trPr>
        <w:tc>
          <w:tcPr>
            <w:tcW w:w="32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AE8D20" w14:textId="77777777" w:rsidR="001F2758" w:rsidRPr="00DE7729" w:rsidRDefault="000E7287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  <w:lang w:val="ru-RU"/>
              </w:rPr>
              <w:t>Общая цена за период 01.01.2027-30.12.2027, руб.</w:t>
            </w:r>
          </w:p>
        </w:tc>
        <w:tc>
          <w:tcPr>
            <w:tcW w:w="6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6906C7" w14:textId="2B5A16E2" w:rsidR="001F2758" w:rsidRPr="00DE7729" w:rsidRDefault="001F2758" w:rsidP="00CA31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2758" w:rsidRPr="00DE7729" w14:paraId="0D24BB93" w14:textId="77777777" w:rsidTr="00CA31C0">
        <w:trPr>
          <w:cantSplit/>
          <w:jc w:val="center"/>
        </w:trPr>
        <w:tc>
          <w:tcPr>
            <w:tcW w:w="32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2F7C5B" w14:textId="77777777" w:rsidR="001F2758" w:rsidRPr="00DE7729" w:rsidRDefault="000E7287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</w:rPr>
            </w:pP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НДС</w:t>
            </w:r>
          </w:p>
        </w:tc>
        <w:tc>
          <w:tcPr>
            <w:tcW w:w="6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C282E7" w14:textId="77777777" w:rsidR="001F2758" w:rsidRPr="00DE7729" w:rsidRDefault="000E7287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7729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с НДС ___% / без НДС (основание: ____________________)</w:t>
            </w:r>
          </w:p>
        </w:tc>
      </w:tr>
      <w:tr w:rsidR="001F2758" w:rsidRPr="00DE7729" w14:paraId="0DB74EF4" w14:textId="77777777" w:rsidTr="00CA31C0">
        <w:trPr>
          <w:cantSplit/>
          <w:jc w:val="center"/>
        </w:trPr>
        <w:tc>
          <w:tcPr>
            <w:tcW w:w="32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3CC035" w14:textId="77777777" w:rsidR="001F2758" w:rsidRPr="00DE7729" w:rsidRDefault="000E7287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</w:rPr>
            </w:pP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Срок действия ценового </w:t>
            </w: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предложения</w:t>
            </w:r>
          </w:p>
        </w:tc>
        <w:tc>
          <w:tcPr>
            <w:tcW w:w="6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A687E0" w14:textId="77777777" w:rsidR="001F2758" w:rsidRPr="00DE7729" w:rsidRDefault="000E7287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7729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не менее 30 календарных дней / иной: __________</w:t>
            </w:r>
          </w:p>
        </w:tc>
      </w:tr>
      <w:tr w:rsidR="001F2758" w:rsidRPr="00DE7729" w14:paraId="323E586D" w14:textId="77777777" w:rsidTr="00CA31C0">
        <w:trPr>
          <w:cantSplit/>
          <w:jc w:val="center"/>
        </w:trPr>
        <w:tc>
          <w:tcPr>
            <w:tcW w:w="32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5CB16B" w14:textId="77777777" w:rsidR="001F2758" w:rsidRPr="00DE7729" w:rsidRDefault="000E7287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  <w:lang w:val="ru-RU"/>
              </w:rPr>
              <w:t>Готовность соблюдать указанные сроки выезда</w:t>
            </w:r>
          </w:p>
        </w:tc>
        <w:tc>
          <w:tcPr>
            <w:tcW w:w="6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0F3A5A" w14:textId="77777777" w:rsidR="001F2758" w:rsidRPr="00DE7729" w:rsidRDefault="000E7287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</w:rPr>
            </w:pPr>
            <w:r w:rsidRPr="00DE7729">
              <w:rPr>
                <w:rFonts w:ascii="Times New Roman" w:eastAsia="Arial" w:hAnsi="Times New Roman" w:cs="Times New Roman"/>
                <w:sz w:val="28"/>
                <w:szCs w:val="28"/>
              </w:rPr>
              <w:t>да / нет; комментарий: ________________________</w:t>
            </w:r>
          </w:p>
        </w:tc>
      </w:tr>
      <w:tr w:rsidR="001F2758" w:rsidRPr="00DE7729" w14:paraId="62E3F2AE" w14:textId="77777777" w:rsidTr="00CA31C0">
        <w:trPr>
          <w:cantSplit/>
          <w:jc w:val="center"/>
        </w:trPr>
        <w:tc>
          <w:tcPr>
            <w:tcW w:w="32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D31D40" w14:textId="77777777" w:rsidR="001F2758" w:rsidRPr="00DE7729" w:rsidRDefault="000E7287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  <w:lang w:val="ru-RU"/>
              </w:rPr>
              <w:t>Лицензируемые работы по противопожарному водоснабжению</w:t>
            </w:r>
          </w:p>
        </w:tc>
        <w:tc>
          <w:tcPr>
            <w:tcW w:w="6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15D6F2" w14:textId="77777777" w:rsidR="001F2758" w:rsidRPr="00DE7729" w:rsidRDefault="000E7287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7729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собственная лицензия МЧС / лицензированный соис</w:t>
            </w:r>
            <w:r w:rsidRPr="00DE7729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полнитель / не предлагаем</w:t>
            </w:r>
          </w:p>
        </w:tc>
      </w:tr>
      <w:tr w:rsidR="001F2758" w:rsidRPr="00DE7729" w14:paraId="659A2C6A" w14:textId="77777777" w:rsidTr="00CA31C0">
        <w:trPr>
          <w:cantSplit/>
          <w:jc w:val="center"/>
        </w:trPr>
        <w:tc>
          <w:tcPr>
            <w:tcW w:w="32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E1E536" w14:textId="77777777" w:rsidR="001F2758" w:rsidRPr="00DE7729" w:rsidRDefault="000E7287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  <w:lang w:val="ru-RU"/>
              </w:rPr>
              <w:t>Существенные условия/исключения, влияющие на цену</w:t>
            </w:r>
          </w:p>
        </w:tc>
        <w:tc>
          <w:tcPr>
            <w:tcW w:w="6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2326F4" w14:textId="3A2CB5C1" w:rsidR="001F2758" w:rsidRPr="00DE7729" w:rsidRDefault="001F2758" w:rsidP="00CA31C0">
            <w:pPr>
              <w:spacing w:after="0" w:line="240" w:lineRule="auto"/>
              <w:ind w:firstLine="1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6A6CD2D" w14:textId="6093D8DD" w:rsidR="001F2758" w:rsidRPr="00DE7729" w:rsidRDefault="000E7287" w:rsidP="00DE7729">
      <w:pPr>
        <w:spacing w:before="100" w:line="25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DE7729">
        <w:rPr>
          <w:rFonts w:ascii="Times New Roman" w:eastAsia="Arial" w:hAnsi="Times New Roman" w:cs="Times New Roman"/>
          <w:b/>
          <w:sz w:val="28"/>
          <w:szCs w:val="28"/>
          <w:lang w:val="ru-RU"/>
        </w:rPr>
        <w:t>Дополнительно (</w:t>
      </w:r>
      <w:r w:rsidR="00CA31C0" w:rsidRPr="00DE7729">
        <w:rPr>
          <w:rFonts w:ascii="Times New Roman" w:eastAsia="Arial" w:hAnsi="Times New Roman" w:cs="Times New Roman"/>
          <w:b/>
          <w:sz w:val="28"/>
          <w:szCs w:val="28"/>
          <w:lang w:val="ru-RU"/>
        </w:rPr>
        <w:t>справочное</w:t>
      </w:r>
      <w:r w:rsidRPr="00DE7729">
        <w:rPr>
          <w:rFonts w:ascii="Times New Roman" w:eastAsia="Arial" w:hAnsi="Times New Roman" w:cs="Times New Roman"/>
          <w:b/>
          <w:sz w:val="28"/>
          <w:szCs w:val="28"/>
          <w:lang w:val="ru-RU"/>
        </w:rPr>
        <w:t xml:space="preserve">): </w:t>
      </w:r>
      <w:r w:rsidRPr="00DE7729">
        <w:rPr>
          <w:rFonts w:ascii="Times New Roman" w:eastAsia="Arial" w:hAnsi="Times New Roman" w:cs="Times New Roman"/>
          <w:sz w:val="28"/>
          <w:szCs w:val="28"/>
          <w:lang w:val="ru-RU"/>
        </w:rPr>
        <w:t>если обязательное постоянное присутствие плотника на площадке школы с 08:00 до 16:00 существенно вли</w:t>
      </w:r>
      <w:r w:rsidRPr="00DE7729">
        <w:rPr>
          <w:rFonts w:ascii="Times New Roman" w:eastAsia="Arial" w:hAnsi="Times New Roman" w:cs="Times New Roman"/>
          <w:sz w:val="28"/>
          <w:szCs w:val="28"/>
          <w:lang w:val="ru-RU"/>
        </w:rPr>
        <w:t>яет на стоимость, просим отдельно указать ориентировочную цену при выездном/плановом формате работы плотника. Эта цена запрашивается только для оценки структуры затрат и не заменяет основное ценовое предложение по условиям выше.</w:t>
      </w:r>
    </w:p>
    <w:p w14:paraId="281A1C0E" w14:textId="77777777" w:rsidR="001F2758" w:rsidRPr="00DE7729" w:rsidRDefault="000E7287" w:rsidP="00DE7729">
      <w:pPr>
        <w:keepNext/>
        <w:spacing w:before="80" w:after="6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DE7729">
        <w:rPr>
          <w:rFonts w:ascii="Times New Roman" w:eastAsia="Arial" w:hAnsi="Times New Roman" w:cs="Times New Roman"/>
          <w:b/>
          <w:color w:val="1A4252"/>
          <w:sz w:val="28"/>
          <w:szCs w:val="28"/>
          <w:lang w:val="ru-RU"/>
        </w:rPr>
        <w:t>Порядок направления ответа</w:t>
      </w:r>
    </w:p>
    <w:p w14:paraId="0CB2FD5C" w14:textId="3308AA29" w:rsidR="001F2758" w:rsidRPr="00DE7729" w:rsidRDefault="000E7287" w:rsidP="00DE7729">
      <w:pPr>
        <w:spacing w:after="60" w:line="25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DE7729">
        <w:rPr>
          <w:rFonts w:ascii="Times New Roman" w:eastAsia="Arial" w:hAnsi="Times New Roman" w:cs="Times New Roman"/>
          <w:b/>
          <w:sz w:val="28"/>
          <w:szCs w:val="28"/>
          <w:lang w:val="ru-RU"/>
        </w:rPr>
        <w:t xml:space="preserve">1. </w:t>
      </w:r>
      <w:r w:rsidRPr="00DE7729">
        <w:rPr>
          <w:rFonts w:ascii="Times New Roman" w:eastAsia="Arial" w:hAnsi="Times New Roman" w:cs="Times New Roman"/>
          <w:sz w:val="28"/>
          <w:szCs w:val="28"/>
          <w:lang w:val="ru-RU"/>
        </w:rPr>
        <w:t xml:space="preserve">Просим направить ценовую информацию до 17:00 28.09.2026 на электронную почту Заказчика: </w:t>
      </w:r>
      <w:r w:rsidR="00CA31C0" w:rsidRPr="00CE00F6">
        <w:rPr>
          <w:rFonts w:ascii="Times New Roman" w:eastAsia="Arial" w:hAnsi="Times New Roman" w:cs="Times New Roman"/>
          <w:b/>
          <w:bCs/>
          <w:sz w:val="28"/>
          <w:szCs w:val="28"/>
          <w:lang w:val="ru-RU"/>
        </w:rPr>
        <w:t>mal@obraz-tmr.ru</w:t>
      </w:r>
      <w:r w:rsidRPr="00DE7729">
        <w:rPr>
          <w:rFonts w:ascii="Times New Roman" w:eastAsia="Arial" w:hAnsi="Times New Roman" w:cs="Times New Roman"/>
          <w:sz w:val="28"/>
          <w:szCs w:val="28"/>
          <w:lang w:val="ru-RU"/>
        </w:rPr>
        <w:t>.</w:t>
      </w:r>
    </w:p>
    <w:p w14:paraId="49AE75B5" w14:textId="77777777" w:rsidR="001F2758" w:rsidRPr="00DE7729" w:rsidRDefault="000E7287" w:rsidP="00DE7729">
      <w:pPr>
        <w:spacing w:after="60" w:line="25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DE7729">
        <w:rPr>
          <w:rFonts w:ascii="Times New Roman" w:eastAsia="Arial" w:hAnsi="Times New Roman" w:cs="Times New Roman"/>
          <w:b/>
          <w:sz w:val="28"/>
          <w:szCs w:val="28"/>
          <w:lang w:val="ru-RU"/>
        </w:rPr>
        <w:t xml:space="preserve">2. </w:t>
      </w:r>
      <w:r w:rsidRPr="00DE7729">
        <w:rPr>
          <w:rFonts w:ascii="Times New Roman" w:eastAsia="Arial" w:hAnsi="Times New Roman" w:cs="Times New Roman"/>
          <w:sz w:val="28"/>
          <w:szCs w:val="28"/>
          <w:lang w:val="ru-RU"/>
        </w:rPr>
        <w:t>Предложение желательно оформить на бланке организации, подписать уполномоченным лицом и указать дату формирования цены.</w:t>
      </w:r>
    </w:p>
    <w:p w14:paraId="44E67EF0" w14:textId="77777777" w:rsidR="001F2758" w:rsidRPr="00DE7729" w:rsidRDefault="000E7287" w:rsidP="00DE7729">
      <w:pPr>
        <w:spacing w:after="60" w:line="25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DE7729">
        <w:rPr>
          <w:rFonts w:ascii="Times New Roman" w:eastAsia="Arial" w:hAnsi="Times New Roman" w:cs="Times New Roman"/>
          <w:b/>
          <w:sz w:val="28"/>
          <w:szCs w:val="28"/>
          <w:lang w:val="ru-RU"/>
        </w:rPr>
        <w:t xml:space="preserve">3. </w:t>
      </w:r>
      <w:r w:rsidRPr="00DE7729">
        <w:rPr>
          <w:rFonts w:ascii="Times New Roman" w:eastAsia="Arial" w:hAnsi="Times New Roman" w:cs="Times New Roman"/>
          <w:sz w:val="28"/>
          <w:szCs w:val="28"/>
          <w:lang w:val="ru-RU"/>
        </w:rPr>
        <w:t>Из от</w:t>
      </w:r>
      <w:r w:rsidRPr="00DE7729">
        <w:rPr>
          <w:rFonts w:ascii="Times New Roman" w:eastAsia="Arial" w:hAnsi="Times New Roman" w:cs="Times New Roman"/>
          <w:sz w:val="28"/>
          <w:szCs w:val="28"/>
          <w:lang w:val="ru-RU"/>
        </w:rPr>
        <w:t>вета должны однозначно определяться цена за месяц, общая цена за весь период, порядок учета НДС, срок действия предложения и существенные допущения/исключения.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09"/>
      </w:tblGrid>
      <w:tr w:rsidR="001F2758" w:rsidRPr="00DE7729" w14:paraId="02A903E1" w14:textId="77777777">
        <w:trPr>
          <w:jc w:val="center"/>
        </w:trPr>
        <w:tc>
          <w:tcPr>
            <w:tcW w:w="9809" w:type="dxa"/>
            <w:shd w:val="clear" w:color="auto" w:fill="F2F5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9A0A363" w14:textId="77777777" w:rsidR="001F2758" w:rsidRPr="00DE7729" w:rsidRDefault="000E7287" w:rsidP="00DE7729">
            <w:pPr>
              <w:spacing w:after="0" w:line="245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7729">
              <w:rPr>
                <w:rFonts w:ascii="Times New Roman" w:eastAsia="Arial" w:hAnsi="Times New Roman" w:cs="Times New Roman"/>
                <w:b/>
                <w:sz w:val="28"/>
                <w:szCs w:val="28"/>
                <w:lang w:val="ru-RU"/>
              </w:rPr>
              <w:lastRenderedPageBreak/>
              <w:t xml:space="preserve">Важно. </w:t>
            </w:r>
            <w:r w:rsidRPr="00DE7729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 xml:space="preserve">Настоящий запрос направляется исключительно для изучения рынка и </w:t>
            </w:r>
            <w:r w:rsidRPr="00DE7729"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определения/обоснования начальной (максимальной) цены договора. Он не является извещением о закупке, офертой или приглашением к заключению договора и не влечет возникновения обязательств Заказчика перед поставщиком.</w:t>
            </w:r>
          </w:p>
        </w:tc>
      </w:tr>
    </w:tbl>
    <w:p w14:paraId="29068C55" w14:textId="3B6DB775" w:rsidR="001F2758" w:rsidRPr="00DE7729" w:rsidRDefault="000E7287" w:rsidP="00DE7729">
      <w:pPr>
        <w:spacing w:before="140" w:after="0"/>
        <w:ind w:firstLine="567"/>
        <w:rPr>
          <w:rFonts w:ascii="Times New Roman" w:eastAsia="Arial" w:hAnsi="Times New Roman" w:cs="Times New Roman"/>
          <w:sz w:val="28"/>
          <w:szCs w:val="28"/>
        </w:rPr>
      </w:pPr>
      <w:r w:rsidRPr="00DE7729">
        <w:rPr>
          <w:rFonts w:ascii="Times New Roman" w:eastAsia="Arial" w:hAnsi="Times New Roman" w:cs="Times New Roman"/>
          <w:b/>
          <w:sz w:val="28"/>
          <w:szCs w:val="28"/>
        </w:rPr>
        <w:t xml:space="preserve">Контактное лицо Заказчика: </w:t>
      </w:r>
      <w:r w:rsidRPr="00DE7729">
        <w:rPr>
          <w:rFonts w:ascii="Times New Roman" w:eastAsia="Arial" w:hAnsi="Times New Roman" w:cs="Times New Roman"/>
          <w:sz w:val="28"/>
          <w:szCs w:val="28"/>
        </w:rPr>
        <w:t>____________</w:t>
      </w:r>
      <w:r w:rsidRPr="00DE7729">
        <w:rPr>
          <w:rFonts w:ascii="Times New Roman" w:eastAsia="Arial" w:hAnsi="Times New Roman" w:cs="Times New Roman"/>
          <w:sz w:val="28"/>
          <w:szCs w:val="28"/>
        </w:rPr>
        <w:t>______________________   тел. ____________________</w:t>
      </w:r>
    </w:p>
    <w:p w14:paraId="7B23E009" w14:textId="2A56C5FD" w:rsidR="00406B2E" w:rsidRPr="00DE7729" w:rsidRDefault="00406B2E" w:rsidP="00DE7729">
      <w:pPr>
        <w:spacing w:before="140" w:after="0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p w14:paraId="5DF6332E" w14:textId="4916555C" w:rsidR="00406B2E" w:rsidRPr="00DE7729" w:rsidRDefault="00406B2E" w:rsidP="00DE7729">
      <w:pPr>
        <w:spacing w:before="140" w:after="0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p w14:paraId="78D5889B" w14:textId="32E68883" w:rsidR="00406B2E" w:rsidRPr="00DE7729" w:rsidRDefault="00406B2E" w:rsidP="00DE7729">
      <w:pPr>
        <w:spacing w:before="140" w:after="0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p w14:paraId="510FDA23" w14:textId="683054AB" w:rsidR="00406B2E" w:rsidRPr="00DE7729" w:rsidRDefault="00406B2E" w:rsidP="00DE7729">
      <w:pPr>
        <w:spacing w:before="140" w:after="0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p w14:paraId="212D09CD" w14:textId="57DDC39B" w:rsidR="00406B2E" w:rsidRPr="00DE7729" w:rsidRDefault="00406B2E" w:rsidP="00DE7729">
      <w:pPr>
        <w:spacing w:before="140" w:after="0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p w14:paraId="71A5EBBF" w14:textId="0551E172" w:rsidR="00406B2E" w:rsidRPr="00DE7729" w:rsidRDefault="00406B2E" w:rsidP="00DE7729">
      <w:pPr>
        <w:spacing w:before="140" w:after="0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p w14:paraId="31428AFC" w14:textId="60DAC4B4" w:rsidR="00406B2E" w:rsidRPr="00DE7729" w:rsidRDefault="00406B2E" w:rsidP="00DE7729">
      <w:pPr>
        <w:spacing w:before="140" w:after="0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p w14:paraId="43B92174" w14:textId="304546D8" w:rsidR="00406B2E" w:rsidRPr="00DE7729" w:rsidRDefault="00406B2E" w:rsidP="00DE7729">
      <w:pPr>
        <w:spacing w:before="140" w:after="0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p w14:paraId="6CBB8EEE" w14:textId="72671EB8" w:rsidR="00406B2E" w:rsidRPr="00DE7729" w:rsidRDefault="00406B2E" w:rsidP="00DE7729">
      <w:pPr>
        <w:spacing w:before="140" w:after="0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p w14:paraId="79126629" w14:textId="51E633B2" w:rsidR="00406B2E" w:rsidRPr="00DE7729" w:rsidRDefault="00406B2E" w:rsidP="00DE7729">
      <w:pPr>
        <w:spacing w:before="140" w:after="0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p w14:paraId="075A16CC" w14:textId="26294F80" w:rsidR="00406B2E" w:rsidRPr="00DE7729" w:rsidRDefault="00406B2E" w:rsidP="00DE7729">
      <w:pPr>
        <w:spacing w:before="140" w:after="0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p w14:paraId="19DBAE9B" w14:textId="1BC62044" w:rsidR="00406B2E" w:rsidRPr="00DE7729" w:rsidRDefault="00406B2E" w:rsidP="00DE7729">
      <w:pPr>
        <w:spacing w:before="140" w:after="0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p w14:paraId="70735A19" w14:textId="14546A2B" w:rsidR="00406B2E" w:rsidRPr="00DE7729" w:rsidRDefault="00406B2E" w:rsidP="00DE7729">
      <w:pPr>
        <w:spacing w:before="140" w:after="0"/>
        <w:ind w:firstLine="567"/>
        <w:rPr>
          <w:rFonts w:ascii="Times New Roman" w:eastAsia="Arial" w:hAnsi="Times New Roman" w:cs="Times New Roman"/>
          <w:sz w:val="28"/>
          <w:szCs w:val="28"/>
        </w:rPr>
      </w:pPr>
    </w:p>
    <w:p w14:paraId="6CC3101D" w14:textId="77777777" w:rsidR="00CE00F6" w:rsidRDefault="00CE00F6" w:rsidP="00DE7729">
      <w:pPr>
        <w:pStyle w:val="21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33EF0E3" w14:textId="48C96552" w:rsidR="00CE00F6" w:rsidRDefault="00CE00F6" w:rsidP="00DE7729">
      <w:pPr>
        <w:pStyle w:val="21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140E02A" w14:textId="60E4A23E" w:rsidR="00CE00F6" w:rsidRDefault="00CE00F6" w:rsidP="00CE00F6">
      <w:pPr>
        <w:rPr>
          <w:lang w:val="ru-RU"/>
        </w:rPr>
      </w:pPr>
    </w:p>
    <w:p w14:paraId="3E310F72" w14:textId="7B2A69F8" w:rsidR="00CE00F6" w:rsidRDefault="00CE00F6" w:rsidP="00CE00F6">
      <w:pPr>
        <w:rPr>
          <w:lang w:val="ru-RU"/>
        </w:rPr>
      </w:pPr>
    </w:p>
    <w:p w14:paraId="25303BF7" w14:textId="77777777" w:rsidR="00CE00F6" w:rsidRPr="00CE00F6" w:rsidRDefault="00CE00F6" w:rsidP="00CE00F6">
      <w:pPr>
        <w:rPr>
          <w:lang w:val="ru-RU"/>
        </w:rPr>
      </w:pPr>
    </w:p>
    <w:p w14:paraId="76AA7C80" w14:textId="77777777" w:rsidR="00CE00F6" w:rsidRDefault="00CE00F6" w:rsidP="00DE7729">
      <w:pPr>
        <w:pStyle w:val="21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4B335034" w14:textId="77777777" w:rsidR="00CE00F6" w:rsidRDefault="00CE00F6" w:rsidP="00DE7729">
      <w:pPr>
        <w:pStyle w:val="21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1CFBF49" w14:textId="77777777" w:rsidR="00CE00F6" w:rsidRDefault="00CE00F6" w:rsidP="00DE7729">
      <w:pPr>
        <w:pStyle w:val="21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4C477A8" w14:textId="77777777" w:rsidR="00CE00F6" w:rsidRDefault="00CE00F6" w:rsidP="00DE7729">
      <w:pPr>
        <w:pStyle w:val="21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sectPr w:rsidR="00CE00F6" w:rsidSect="00DE7729">
      <w:pgSz w:w="11906" w:h="16838"/>
      <w:pgMar w:top="879" w:right="566" w:bottom="87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1276FA"/>
    <w:multiLevelType w:val="multilevel"/>
    <w:tmpl w:val="6B82E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1C5075"/>
    <w:multiLevelType w:val="multilevel"/>
    <w:tmpl w:val="AF642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560E81"/>
    <w:multiLevelType w:val="multilevel"/>
    <w:tmpl w:val="4B460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FD1717"/>
    <w:multiLevelType w:val="multilevel"/>
    <w:tmpl w:val="11AE7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DA6236"/>
    <w:multiLevelType w:val="multilevel"/>
    <w:tmpl w:val="187E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17518B"/>
    <w:multiLevelType w:val="multilevel"/>
    <w:tmpl w:val="0FA22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FA77C3"/>
    <w:multiLevelType w:val="multilevel"/>
    <w:tmpl w:val="9BEE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B43D2E"/>
    <w:multiLevelType w:val="multilevel"/>
    <w:tmpl w:val="774E7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13288E"/>
    <w:multiLevelType w:val="multilevel"/>
    <w:tmpl w:val="0E7AA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76199B"/>
    <w:multiLevelType w:val="multilevel"/>
    <w:tmpl w:val="25E2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4"/>
  </w:num>
  <w:num w:numId="12">
    <w:abstractNumId w:val="15"/>
  </w:num>
  <w:num w:numId="13">
    <w:abstractNumId w:val="13"/>
  </w:num>
  <w:num w:numId="14">
    <w:abstractNumId w:val="16"/>
  </w:num>
  <w:num w:numId="15">
    <w:abstractNumId w:val="17"/>
  </w:num>
  <w:num w:numId="16">
    <w:abstractNumId w:val="18"/>
  </w:num>
  <w:num w:numId="17">
    <w:abstractNumId w:val="9"/>
  </w:num>
  <w:num w:numId="18">
    <w:abstractNumId w:val="1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7287"/>
    <w:rsid w:val="0015074B"/>
    <w:rsid w:val="001F2758"/>
    <w:rsid w:val="0029639D"/>
    <w:rsid w:val="00326F90"/>
    <w:rsid w:val="00406B2E"/>
    <w:rsid w:val="00AA1D8D"/>
    <w:rsid w:val="00B47730"/>
    <w:rsid w:val="00CA31C0"/>
    <w:rsid w:val="00CB0664"/>
    <w:rsid w:val="00CE00F6"/>
    <w:rsid w:val="00DE77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3E534D"/>
  <w14:defaultImageDpi w14:val="300"/>
  <w15:docId w15:val="{E7EAA48A-E479-4DBC-8B10-F5768B6AA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406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Наталья Андреевна. Локтева</cp:lastModifiedBy>
  <cp:revision>2</cp:revision>
  <dcterms:created xsi:type="dcterms:W3CDTF">2026-09-23T06:22:00Z</dcterms:created>
  <dcterms:modified xsi:type="dcterms:W3CDTF">2026-09-23T06:22:00Z</dcterms:modified>
  <cp:category/>
</cp:coreProperties>
</file>